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CD625F" w14:textId="1D6CF0ED" w:rsidR="00C704C6" w:rsidRDefault="00527C78">
      <w:pPr>
        <w:spacing w:after="80"/>
        <w:jc w:val="center"/>
      </w:pPr>
      <w:r>
        <w:rPr>
          <w:noProof/>
        </w:rPr>
        <w:drawing>
          <wp:inline distT="0" distB="0" distL="0" distR="0" wp14:anchorId="776362E3" wp14:editId="214AE865">
            <wp:extent cx="2271010" cy="973290"/>
            <wp:effectExtent l="0" t="0" r="0" b="0"/>
            <wp:docPr id="1150386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386397" name="Picture 115038639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8705" cy="98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38AA9" w14:textId="77777777" w:rsidR="00C704C6" w:rsidRDefault="00000000">
      <w:pPr>
        <w:spacing w:after="100"/>
        <w:jc w:val="center"/>
      </w:pPr>
      <w:r>
        <w:rPr>
          <w:b/>
          <w:color w:val="4E6576"/>
          <w:sz w:val="26"/>
        </w:rPr>
        <w:t>HOA MANAGEMENT PROPOSAL REQUEST FORM</w:t>
      </w:r>
    </w:p>
    <w:p w14:paraId="182B5F6C" w14:textId="77777777" w:rsidR="00C704C6" w:rsidRDefault="00000000">
      <w:pPr>
        <w:spacing w:after="160"/>
        <w:jc w:val="center"/>
      </w:pPr>
      <w:r>
        <w:rPr>
          <w:color w:val="5D6B76"/>
          <w:sz w:val="19"/>
        </w:rPr>
        <w:t>Please complete the information below so we can prepare a proposal tailored to your community.</w:t>
      </w:r>
    </w:p>
    <w:p w14:paraId="52F8669C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1. ASSOCIATION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704C6" w14:paraId="7A0ABD75" w14:textId="77777777">
        <w:trPr>
          <w:jc w:val="center"/>
        </w:trPr>
        <w:tc>
          <w:tcPr>
            <w:tcW w:w="10368" w:type="dxa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85473D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1. ASSOCIATION INFORMATION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984"/>
      </w:tblGrid>
      <w:tr w:rsidR="00C704C6" w14:paraId="5482E960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32A97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Association / Community Name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5AAB6" w14:textId="77777777" w:rsidR="00C704C6" w:rsidRDefault="00000000">
            <w:sdt>
              <w:sdtPr>
                <w:alias w:val="ASSOCIATION_COMMUNITY_NAME"/>
                <w:tag w:val="ASSOCIATION_COMMUNITY_NAME"/>
                <w:id w:val="-125780790"/>
                <w:text/>
              </w:sdtPr>
              <w:sdtContent>
                <w:r>
                  <w:rPr>
                    <w:i/>
                    <w:color w:val="5A6978"/>
                  </w:rPr>
                  <w:t>{{ASSOCIATION_COMMUNITY_NAME}}</w:t>
                </w:r>
              </w:sdtContent>
            </w:sdt>
          </w:p>
        </w:tc>
      </w:tr>
      <w:tr w:rsidR="00C704C6" w14:paraId="3CB51176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FD8DF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Property Address / Location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FCA69" w14:textId="77777777" w:rsidR="00C704C6" w:rsidRDefault="00000000">
            <w:sdt>
              <w:sdtPr>
                <w:alias w:val="PROPERTY_ADDRESS_LOCATION"/>
                <w:tag w:val="PROPERTY_ADDRESS_LOCATION"/>
                <w:id w:val="120809396"/>
                <w:text/>
              </w:sdtPr>
              <w:sdtContent>
                <w:r>
                  <w:rPr>
                    <w:i/>
                    <w:color w:val="5A6978"/>
                  </w:rPr>
                  <w:t>{{PROPERTY_ADDRESS_LOCATION}}</w:t>
                </w:r>
              </w:sdtContent>
            </w:sdt>
          </w:p>
        </w:tc>
      </w:tr>
      <w:tr w:rsidR="00C704C6" w14:paraId="7D817876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BA440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City / State / ZIP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8F090" w14:textId="77777777" w:rsidR="00C704C6" w:rsidRDefault="00000000">
            <w:sdt>
              <w:sdtPr>
                <w:alias w:val="CITY_STATE_ZIP"/>
                <w:tag w:val="CITY_STATE_ZIP"/>
                <w:id w:val="-1109195440"/>
                <w:text/>
              </w:sdtPr>
              <w:sdtContent>
                <w:r>
                  <w:rPr>
                    <w:i/>
                    <w:color w:val="5A6978"/>
                  </w:rPr>
                  <w:t>{{CITY_STATE_ZIP}}</w:t>
                </w:r>
              </w:sdtContent>
            </w:sdt>
          </w:p>
        </w:tc>
      </w:tr>
      <w:tr w:rsidR="00C704C6" w14:paraId="422F00A9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F730E4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Number of Units / Homes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B80F5" w14:textId="77777777" w:rsidR="00C704C6" w:rsidRDefault="00000000">
            <w:sdt>
              <w:sdtPr>
                <w:alias w:val="NUMBER_OF_UNITS_HOMES"/>
                <w:tag w:val="NUMBER_OF_UNITS_HOMES"/>
                <w:id w:val="368422106"/>
                <w:text/>
              </w:sdtPr>
              <w:sdtContent>
                <w:r>
                  <w:rPr>
                    <w:i/>
                    <w:color w:val="5A6978"/>
                  </w:rPr>
                  <w:t>{{NUMBER_OF_UNITS_HOMES}}</w:t>
                </w:r>
              </w:sdtContent>
            </w:sdt>
          </w:p>
        </w:tc>
      </w:tr>
      <w:tr w:rsidR="00C704C6" w14:paraId="1FE5A406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91C14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Year Built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6E616" w14:textId="77777777" w:rsidR="00C704C6" w:rsidRDefault="00000000">
            <w:sdt>
              <w:sdtPr>
                <w:alias w:val="YEAR_BUILT"/>
                <w:tag w:val="YEAR_BUILT"/>
                <w:id w:val="-1807071843"/>
                <w:text/>
              </w:sdtPr>
              <w:sdtContent>
                <w:r>
                  <w:rPr>
                    <w:i/>
                    <w:color w:val="5A6978"/>
                  </w:rPr>
                  <w:t>{{YEAR_BUILT}}</w:t>
                </w:r>
              </w:sdtContent>
            </w:sdt>
          </w:p>
        </w:tc>
      </w:tr>
      <w:tr w:rsidR="00C704C6" w14:paraId="66D10BF9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23F57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Association Website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4B92E" w14:textId="77777777" w:rsidR="00C704C6" w:rsidRDefault="00000000">
            <w:sdt>
              <w:sdtPr>
                <w:alias w:val="ASSOCIATION_WEBSITE"/>
                <w:tag w:val="ASSOCIATION_WEBSITE"/>
                <w:id w:val="-304472251"/>
                <w:text/>
              </w:sdtPr>
              <w:sdtContent>
                <w:r>
                  <w:rPr>
                    <w:i/>
                    <w:color w:val="5A6978"/>
                  </w:rPr>
                  <w:t>{{ASSOCIATION_WEBSITE}}</w:t>
                </w:r>
              </w:sdtContent>
            </w:sdt>
          </w:p>
        </w:tc>
      </w:tr>
    </w:tbl>
    <w:p w14:paraId="7CC54FBB" w14:textId="77777777" w:rsidR="00C704C6" w:rsidRDefault="00C704C6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C704C6" w14:paraId="03DE01FA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90B7F0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Condominium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ED4788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Townhome</w:t>
            </w:r>
          </w:p>
        </w:tc>
      </w:tr>
      <w:tr w:rsidR="00C704C6" w14:paraId="3C53B746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FE97ED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Single-Family Homes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176393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Planned Development</w:t>
            </w:r>
          </w:p>
        </w:tc>
      </w:tr>
      <w:tr w:rsidR="00C704C6" w14:paraId="7CB10BAA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AACD19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Mixed-Use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8B1BAA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Gated Community</w:t>
            </w:r>
          </w:p>
        </w:tc>
      </w:tr>
      <w:tr w:rsidR="00C704C6" w14:paraId="678D928A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1980D4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Other: ____________________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701977" w14:textId="77777777" w:rsidR="00C704C6" w:rsidRDefault="00C704C6">
            <w:pPr>
              <w:spacing w:after="0"/>
            </w:pPr>
          </w:p>
        </w:tc>
      </w:tr>
    </w:tbl>
    <w:p w14:paraId="3D3BADB2" w14:textId="77777777" w:rsidR="00C704C6" w:rsidRDefault="00C704C6">
      <w:pPr>
        <w:spacing w:after="20"/>
      </w:pPr>
    </w:p>
    <w:p w14:paraId="35836ABE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2. PRIMARY CONTACT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704C6" w14:paraId="3AFDD1C2" w14:textId="77777777">
        <w:trPr>
          <w:jc w:val="center"/>
        </w:trPr>
        <w:tc>
          <w:tcPr>
            <w:tcW w:w="10368" w:type="dxa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A2D624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2. PRIMARY CONTACT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984"/>
      </w:tblGrid>
      <w:tr w:rsidR="00C704C6" w14:paraId="78B74F65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4DF89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Contact Name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05F5D" w14:textId="77777777" w:rsidR="00C704C6" w:rsidRDefault="00000000">
            <w:sdt>
              <w:sdtPr>
                <w:alias w:val="CONTACT_NAME"/>
                <w:tag w:val="CONTACT_NAME"/>
                <w:id w:val="-187070860"/>
                <w:text/>
              </w:sdtPr>
              <w:sdtContent>
                <w:r>
                  <w:rPr>
                    <w:i/>
                    <w:color w:val="5A6978"/>
                  </w:rPr>
                  <w:t>{{CONTACT_NAME}}</w:t>
                </w:r>
              </w:sdtContent>
            </w:sdt>
          </w:p>
        </w:tc>
      </w:tr>
      <w:tr w:rsidR="00C704C6" w14:paraId="0789321A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DC303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Board Position / Role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F2488" w14:textId="77777777" w:rsidR="00C704C6" w:rsidRDefault="00000000">
            <w:sdt>
              <w:sdtPr>
                <w:alias w:val="BOARD_POSITION_ROLE"/>
                <w:tag w:val="BOARD_POSITION_ROLE"/>
                <w:id w:val="2048263165"/>
                <w:text/>
              </w:sdtPr>
              <w:sdtContent>
                <w:r>
                  <w:rPr>
                    <w:i/>
                    <w:color w:val="5A6978"/>
                  </w:rPr>
                  <w:t>{{BOARD_POSITION_ROLE}}</w:t>
                </w:r>
              </w:sdtContent>
            </w:sdt>
          </w:p>
        </w:tc>
      </w:tr>
      <w:tr w:rsidR="00C704C6" w14:paraId="03BC20F5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3C7DE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Email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2760DE" w14:textId="77777777" w:rsidR="00C704C6" w:rsidRDefault="00000000">
            <w:sdt>
              <w:sdtPr>
                <w:alias w:val="EMAIL"/>
                <w:tag w:val="EMAIL"/>
                <w:id w:val="1026670905"/>
                <w:text/>
              </w:sdtPr>
              <w:sdtContent>
                <w:r>
                  <w:rPr>
                    <w:i/>
                    <w:color w:val="5A6978"/>
                  </w:rPr>
                  <w:t>{{EMAIL}}</w:t>
                </w:r>
              </w:sdtContent>
            </w:sdt>
          </w:p>
        </w:tc>
      </w:tr>
      <w:tr w:rsidR="00C704C6" w14:paraId="51D1F950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91797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Phone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AEBBA" w14:textId="77777777" w:rsidR="00C704C6" w:rsidRDefault="00000000">
            <w:sdt>
              <w:sdtPr>
                <w:alias w:val="PHONE"/>
                <w:tag w:val="PHONE"/>
                <w:id w:val="222336840"/>
                <w:text/>
              </w:sdtPr>
              <w:sdtContent>
                <w:r>
                  <w:rPr>
                    <w:i/>
                    <w:color w:val="5A6978"/>
                  </w:rPr>
                  <w:t>{{PHONE}}</w:t>
                </w:r>
              </w:sdtContent>
            </w:sdt>
          </w:p>
        </w:tc>
      </w:tr>
    </w:tbl>
    <w:p w14:paraId="7F565B7C" w14:textId="77777777" w:rsidR="00C704C6" w:rsidRDefault="00C704C6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C704C6" w14:paraId="4961340A" w14:textId="77777777">
        <w:trPr>
          <w:jc w:val="center"/>
        </w:trPr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0093B1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Preferred Contact: Email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2EB981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Preferred Contact: Phone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8F5949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Preferred Contact: Text</w:t>
            </w:r>
          </w:p>
        </w:tc>
      </w:tr>
    </w:tbl>
    <w:p w14:paraId="31163A67" w14:textId="77777777" w:rsidR="00C704C6" w:rsidRDefault="00C704C6">
      <w:pPr>
        <w:spacing w:after="20"/>
      </w:pPr>
    </w:p>
    <w:p w14:paraId="3CCB41EF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3. CURRENT MANAGEMENT &amp; TIMELINE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  <w:gridCol w:w="10"/>
      </w:tblGrid>
      <w:tr w:rsidR="00C704C6" w14:paraId="7B251EA6" w14:textId="77777777">
        <w:trPr>
          <w:gridAfter w:val="1"/>
          <w:wAfter w:w="10" w:type="dxa"/>
          <w:jc w:val="center"/>
        </w:trPr>
        <w:tc>
          <w:tcPr>
            <w:tcW w:w="10368" w:type="dxa"/>
            <w:gridSpan w:val="2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AD305C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3. CURRENT MANAGEMENT &amp; TIMELINE</w:t>
            </w:r>
          </w:p>
        </w:tc>
      </w:tr>
      <w:tr w:rsidR="00C704C6" w14:paraId="2E7B92BB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15AF5A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Professional Management Company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F502DD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Self-Managed</w:t>
            </w:r>
          </w:p>
        </w:tc>
      </w:tr>
      <w:tr w:rsidR="00C704C6" w14:paraId="4C397144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B8DD7C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On-Site Manager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15B7D0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Other: ____________________</w:t>
            </w:r>
          </w:p>
        </w:tc>
      </w:tr>
    </w:tbl>
    <w:p w14:paraId="52BB1B36" w14:textId="77777777" w:rsidR="00C704C6" w:rsidRDefault="00C704C6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984"/>
      </w:tblGrid>
      <w:tr w:rsidR="00C704C6" w14:paraId="2B65A341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0FDAD4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Current Management Company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4AECA7" w14:textId="77777777" w:rsidR="00C704C6" w:rsidRDefault="00000000">
            <w:sdt>
              <w:sdtPr>
                <w:alias w:val="CURRENT_MANAGEMENT_COMPANY"/>
                <w:tag w:val="CURRENT_MANAGEMENT_COMPANY"/>
                <w:id w:val="27761433"/>
                <w:text/>
              </w:sdtPr>
              <w:sdtContent>
                <w:r>
                  <w:rPr>
                    <w:i/>
                    <w:color w:val="5A6978"/>
                  </w:rPr>
                  <w:t>{{CURRENT_MANAGEMENT_COMPANY}}</w:t>
                </w:r>
              </w:sdtContent>
            </w:sdt>
          </w:p>
        </w:tc>
      </w:tr>
      <w:tr w:rsidR="00C704C6" w14:paraId="51690C76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34AD42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Contract Expiration Date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7A31C" w14:textId="77777777" w:rsidR="00C704C6" w:rsidRDefault="00000000">
            <w:sdt>
              <w:sdtPr>
                <w:alias w:val="CONTRACT_EXPIRATION_DATE"/>
                <w:tag w:val="CONTRACT_EXPIRATION_DATE"/>
                <w:id w:val="1535228444"/>
                <w:text/>
              </w:sdtPr>
              <w:sdtContent>
                <w:r>
                  <w:rPr>
                    <w:i/>
                    <w:color w:val="5A6978"/>
                  </w:rPr>
                  <w:t>{{CONTRACT_EXPIRATION_DATE}}</w:t>
                </w:r>
              </w:sdtContent>
            </w:sdt>
          </w:p>
        </w:tc>
      </w:tr>
      <w:tr w:rsidR="00C704C6" w14:paraId="29C29B42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FF9E9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Desired Start Date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34C4A" w14:textId="77777777" w:rsidR="00C704C6" w:rsidRDefault="00000000">
            <w:sdt>
              <w:sdtPr>
                <w:alias w:val="DESIRED_START_DATE"/>
                <w:tag w:val="DESIRED_START_DATE"/>
                <w:id w:val="822313370"/>
                <w:text/>
              </w:sdtPr>
              <w:sdtContent>
                <w:r>
                  <w:rPr>
                    <w:i/>
                    <w:color w:val="5A6978"/>
                  </w:rPr>
                  <w:t>{{DESIRED_START_DATE}}</w:t>
                </w:r>
              </w:sdtContent>
            </w:sdt>
          </w:p>
        </w:tc>
      </w:tr>
      <w:tr w:rsidR="00C704C6" w14:paraId="3B80B471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B0DDE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Target Date for Proposal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FBDC9" w14:textId="77777777" w:rsidR="00C704C6" w:rsidRDefault="00000000">
            <w:sdt>
              <w:sdtPr>
                <w:alias w:val="TARGET_DATE_FOR_PROPOSAL"/>
                <w:tag w:val="TARGET_DATE_FOR_PROPOSAL"/>
                <w:id w:val="1517425122"/>
                <w:text/>
              </w:sdtPr>
              <w:sdtContent>
                <w:r>
                  <w:rPr>
                    <w:i/>
                    <w:color w:val="5A6978"/>
                  </w:rPr>
                  <w:t>{{TARGET_DATE_FOR_PROPOSAL}}</w:t>
                </w:r>
              </w:sdtContent>
            </w:sdt>
          </w:p>
        </w:tc>
      </w:tr>
      <w:tr w:rsidR="00C704C6" w14:paraId="56AC6113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972698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Target Date for Decision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0835C" w14:textId="77777777" w:rsidR="00C704C6" w:rsidRDefault="00000000">
            <w:sdt>
              <w:sdtPr>
                <w:alias w:val="TARGET_DATE_FOR_DECISION"/>
                <w:tag w:val="TARGET_DATE_FOR_DECISION"/>
                <w:id w:val="1198888758"/>
                <w:text/>
              </w:sdtPr>
              <w:sdtContent>
                <w:r>
                  <w:rPr>
                    <w:i/>
                    <w:color w:val="5A6978"/>
                  </w:rPr>
                  <w:t>{{TARGET_DATE_FOR_DECISION}}</w:t>
                </w:r>
              </w:sdtContent>
            </w:sdt>
          </w:p>
        </w:tc>
      </w:tr>
    </w:tbl>
    <w:p w14:paraId="2E14EB06" w14:textId="77777777" w:rsidR="00C704C6" w:rsidRDefault="00C704C6">
      <w:pPr>
        <w:spacing w:after="20"/>
      </w:pPr>
    </w:p>
    <w:p w14:paraId="738905D7" w14:textId="77777777" w:rsidR="00C704C6" w:rsidRDefault="00000000">
      <w:pPr>
        <w:spacing w:before="60" w:after="40"/>
      </w:pPr>
      <w:r>
        <w:rPr>
          <w:b/>
          <w:color w:val="263746"/>
          <w:sz w:val="20"/>
        </w:rPr>
        <w:t>Reason for considering a management change:</w:t>
      </w:r>
    </w:p>
    <w:p w14:paraId="6AB1FFF1" w14:textId="77777777" w:rsidR="00C704C6" w:rsidRDefault="00000000">
      <w:pPr>
        <w:spacing w:after="120"/>
      </w:pPr>
      <w:sdt>
        <w:sdtPr>
          <w:alias w:val="REASON_FOR_CHANGE"/>
          <w:tag w:val="REASON_FOR_CHANGE"/>
          <w:id w:val="1516577222"/>
          <w:text/>
        </w:sdtPr>
        <w:sdtContent>
          <w:r>
            <w:t>{{REASON_FOR_CHANGE}}</w:t>
          </w:r>
        </w:sdtContent>
      </w:sdt>
    </w:p>
    <w:p w14:paraId="49B49D89" w14:textId="77777777" w:rsidR="00C704C6" w:rsidRDefault="00C704C6">
      <w:pPr>
        <w:spacing w:after="20"/>
      </w:pPr>
    </w:p>
    <w:p w14:paraId="310C7A92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4. SERVICES REQUESTED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  <w:gridCol w:w="10"/>
      </w:tblGrid>
      <w:tr w:rsidR="00C704C6" w14:paraId="5A438811" w14:textId="77777777">
        <w:trPr>
          <w:gridAfter w:val="1"/>
          <w:wAfter w:w="10" w:type="dxa"/>
          <w:jc w:val="center"/>
        </w:trPr>
        <w:tc>
          <w:tcPr>
            <w:tcW w:w="10368" w:type="dxa"/>
            <w:gridSpan w:val="2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C6F8CC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4. SERVICES REQUESTED</w:t>
            </w:r>
          </w:p>
        </w:tc>
      </w:tr>
      <w:tr w:rsidR="00C704C6" w14:paraId="3342E280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C7EBD5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Full-Service HOA Management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AF4DA7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Financial Management / Accounting</w:t>
            </w:r>
          </w:p>
        </w:tc>
      </w:tr>
      <w:tr w:rsidR="00C704C6" w14:paraId="689B0D5C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F81275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Board Meeting Management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E8D0B1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Homeowner Communication</w:t>
            </w:r>
          </w:p>
        </w:tc>
      </w:tr>
      <w:tr w:rsidR="00C704C6" w14:paraId="7F04A545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5C7464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Vendor Management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E9DE5F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Maintenance Coordination</w:t>
            </w:r>
          </w:p>
        </w:tc>
      </w:tr>
      <w:tr w:rsidR="00C704C6" w14:paraId="02C8BAFC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454232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Architectural Administration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097B37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Rules &amp; Compliance Administration</w:t>
            </w:r>
          </w:p>
        </w:tc>
      </w:tr>
      <w:tr w:rsidR="00C704C6" w14:paraId="6D69C4AA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BA0C64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Assessment Billing / Collections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7A5709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Annual Budget Preparation</w:t>
            </w:r>
          </w:p>
        </w:tc>
      </w:tr>
      <w:tr w:rsidR="00C704C6" w14:paraId="33C8A899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AAAA24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Reserve Study Coordination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4DEEA2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Insurance Coordination</w:t>
            </w:r>
          </w:p>
        </w:tc>
      </w:tr>
      <w:tr w:rsidR="00C704C6" w14:paraId="22F45585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F8D711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Election / Annual Meeting Support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5F66B6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Community Website / Portal</w:t>
            </w:r>
          </w:p>
        </w:tc>
      </w:tr>
      <w:tr w:rsidR="00C704C6" w14:paraId="61745E56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819D78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After-Hours / Emergency Support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82C962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On-Site Management</w:t>
            </w:r>
          </w:p>
        </w:tc>
      </w:tr>
      <w:tr w:rsidR="00C704C6" w14:paraId="3A7E29A2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53E9C0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Project / Construction Management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3B42CA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Other: ____________________</w:t>
            </w:r>
          </w:p>
        </w:tc>
      </w:tr>
    </w:tbl>
    <w:p w14:paraId="150FF50F" w14:textId="77777777" w:rsidR="00C704C6" w:rsidRDefault="00C704C6">
      <w:pPr>
        <w:spacing w:after="20"/>
      </w:pPr>
    </w:p>
    <w:p w14:paraId="203905AF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5. BOARD &amp; MEETING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704C6" w14:paraId="64A5130B" w14:textId="77777777">
        <w:trPr>
          <w:jc w:val="center"/>
        </w:trPr>
        <w:tc>
          <w:tcPr>
            <w:tcW w:w="10368" w:type="dxa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9BDE1F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5. BOARD &amp; MEETING INFORMATION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984"/>
      </w:tblGrid>
      <w:tr w:rsidR="00C704C6" w14:paraId="03F9C43F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86749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Number of Board Members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F30A4" w14:textId="77777777" w:rsidR="00C704C6" w:rsidRDefault="00000000">
            <w:sdt>
              <w:sdtPr>
                <w:alias w:val="NUMBER_OF_BOARD_MEMBERS"/>
                <w:tag w:val="NUMBER_OF_BOARD_MEMBERS"/>
                <w:id w:val="-418407089"/>
                <w:text/>
              </w:sdtPr>
              <w:sdtContent>
                <w:r>
                  <w:rPr>
                    <w:i/>
                    <w:color w:val="5A6978"/>
                  </w:rPr>
                  <w:t>{{NUMBER_OF_BOARD_MEMBERS}}</w:t>
                </w:r>
              </w:sdtContent>
            </w:sdt>
          </w:p>
        </w:tc>
      </w:tr>
      <w:tr w:rsidR="00C704C6" w14:paraId="4E11E28F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A4F00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lastRenderedPageBreak/>
              <w:t>Meeting Frequency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5699F" w14:textId="77777777" w:rsidR="00C704C6" w:rsidRDefault="00000000">
            <w:sdt>
              <w:sdtPr>
                <w:alias w:val="MEETING_FREQUENCY"/>
                <w:tag w:val="MEETING_FREQUENCY"/>
                <w:id w:val="1377274548"/>
                <w:text/>
              </w:sdtPr>
              <w:sdtContent>
                <w:r>
                  <w:rPr>
                    <w:i/>
                    <w:color w:val="5A6978"/>
                  </w:rPr>
                  <w:t>{{MEETING_FREQUENCY}}</w:t>
                </w:r>
              </w:sdtContent>
            </w:sdt>
          </w:p>
        </w:tc>
      </w:tr>
      <w:tr w:rsidR="00C704C6" w14:paraId="547B63CC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D7413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Typical Meeting Length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AB480" w14:textId="77777777" w:rsidR="00C704C6" w:rsidRDefault="00000000">
            <w:sdt>
              <w:sdtPr>
                <w:alias w:val="TYPICAL_MEETING_LENGTH"/>
                <w:tag w:val="TYPICAL_MEETING_LENGTH"/>
                <w:id w:val="1768265376"/>
                <w:text/>
              </w:sdtPr>
              <w:sdtContent>
                <w:r>
                  <w:rPr>
                    <w:i/>
                    <w:color w:val="5A6978"/>
                  </w:rPr>
                  <w:t>{{TYPICAL_MEETING_LENGTH}}</w:t>
                </w:r>
              </w:sdtContent>
            </w:sdt>
          </w:p>
        </w:tc>
      </w:tr>
      <w:tr w:rsidR="00C704C6" w14:paraId="50F39A2F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06606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Annual Meeting Month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46B0A6" w14:textId="77777777" w:rsidR="00C704C6" w:rsidRDefault="00000000">
            <w:sdt>
              <w:sdtPr>
                <w:alias w:val="ANNUAL_MEETING_MONTH"/>
                <w:tag w:val="ANNUAL_MEETING_MONTH"/>
                <w:id w:val="-893663753"/>
                <w:text/>
              </w:sdtPr>
              <w:sdtContent>
                <w:r>
                  <w:rPr>
                    <w:i/>
                    <w:color w:val="5A6978"/>
                  </w:rPr>
                  <w:t>{{ANNUAL_MEETING_MONTH}}</w:t>
                </w:r>
              </w:sdtContent>
            </w:sdt>
          </w:p>
        </w:tc>
      </w:tr>
    </w:tbl>
    <w:p w14:paraId="2C6EDAA9" w14:textId="77777777" w:rsidR="00C704C6" w:rsidRDefault="00000000">
      <w:pPr>
        <w:spacing w:before="120" w:after="60"/>
      </w:pPr>
      <w:r>
        <w:rPr>
          <w:b/>
        </w:rPr>
        <w:t>Preferred Community Walk-Through / Property Inspection Frequency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90"/>
        <w:gridCol w:w="1756"/>
        <w:gridCol w:w="1311"/>
        <w:gridCol w:w="2239"/>
      </w:tblGrid>
      <w:tr w:rsidR="00C704C6" w14:paraId="06D1EBF5" w14:textId="77777777">
        <w:tc>
          <w:tcPr>
            <w:tcW w:w="0" w:type="auto"/>
          </w:tcPr>
          <w:p w14:paraId="33C75A37" w14:textId="77777777" w:rsidR="00C704C6" w:rsidRDefault="00000000">
            <w:r>
              <w:t>☐  Monthly</w:t>
            </w:r>
          </w:p>
        </w:tc>
        <w:tc>
          <w:tcPr>
            <w:tcW w:w="0" w:type="auto"/>
          </w:tcPr>
          <w:p w14:paraId="01DCBB23" w14:textId="77777777" w:rsidR="00C704C6" w:rsidRDefault="00000000">
            <w:r>
              <w:t>☐  Twice Monthly</w:t>
            </w:r>
          </w:p>
        </w:tc>
        <w:tc>
          <w:tcPr>
            <w:tcW w:w="0" w:type="auto"/>
          </w:tcPr>
          <w:p w14:paraId="0C03E850" w14:textId="77777777" w:rsidR="00C704C6" w:rsidRDefault="00000000">
            <w:r>
              <w:t>☐  Quarterly</w:t>
            </w:r>
          </w:p>
        </w:tc>
        <w:tc>
          <w:tcPr>
            <w:tcW w:w="0" w:type="auto"/>
          </w:tcPr>
          <w:p w14:paraId="0CF3FA31" w14:textId="77777777" w:rsidR="00C704C6" w:rsidRDefault="00000000">
            <w:r>
              <w:t>☐  Other: ____________</w:t>
            </w:r>
          </w:p>
        </w:tc>
      </w:tr>
    </w:tbl>
    <w:p w14:paraId="3E55C922" w14:textId="77777777" w:rsidR="00C704C6" w:rsidRDefault="00000000">
      <w:r>
        <w:t xml:space="preserve">Requested frequency / notes: </w:t>
      </w:r>
      <w:sdt>
        <w:sdtPr>
          <w:alias w:val="WALK_THROUGH_FREQUENCY"/>
          <w:tag w:val="WALK_THROUGH_FREQUENCY"/>
          <w:id w:val="-28802764"/>
          <w:text/>
        </w:sdtPr>
        <w:sdtContent>
          <w:r>
            <w:t>{{WALK_THROUGH_FREQUENCY}}</w:t>
          </w:r>
        </w:sdtContent>
      </w:sdt>
    </w:p>
    <w:p w14:paraId="7C11F9F3" w14:textId="77777777" w:rsidR="00C704C6" w:rsidRDefault="00C704C6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C704C6" w14:paraId="4D88A63F" w14:textId="77777777">
        <w:trPr>
          <w:jc w:val="center"/>
        </w:trPr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AEE3AD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In Person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613C30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Virtual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4EDD32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Hybrid</w:t>
            </w:r>
          </w:p>
        </w:tc>
      </w:tr>
    </w:tbl>
    <w:p w14:paraId="0E5EABFC" w14:textId="77777777" w:rsidR="00C704C6" w:rsidRDefault="00C704C6">
      <w:pPr>
        <w:spacing w:after="20"/>
      </w:pPr>
    </w:p>
    <w:p w14:paraId="60F8A801" w14:textId="77777777" w:rsidR="00C704C6" w:rsidRDefault="00000000">
      <w:pPr>
        <w:spacing w:before="60" w:after="40"/>
      </w:pPr>
      <w:r>
        <w:rPr>
          <w:b/>
          <w:color w:val="263746"/>
          <w:sz w:val="20"/>
        </w:rPr>
        <w:t>Active committees, if any:</w:t>
      </w:r>
    </w:p>
    <w:p w14:paraId="3E5216D0" w14:textId="77777777" w:rsidR="00C704C6" w:rsidRDefault="00000000">
      <w:pPr>
        <w:spacing w:after="120"/>
      </w:pPr>
      <w:sdt>
        <w:sdtPr>
          <w:alias w:val="ACTIVE_COMMITTEES"/>
          <w:tag w:val="ACTIVE_COMMITTEES"/>
          <w:id w:val="387927747"/>
          <w:text/>
        </w:sdtPr>
        <w:sdtContent>
          <w:r>
            <w:t>{{ACTIVE_COMMITTEES}}</w:t>
          </w:r>
        </w:sdtContent>
      </w:sdt>
    </w:p>
    <w:p w14:paraId="6E420B57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6. COMMUNITY AMENITIES &amp; COMMON AREAS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  <w:gridCol w:w="10"/>
      </w:tblGrid>
      <w:tr w:rsidR="00C704C6" w14:paraId="5A2D1C27" w14:textId="77777777">
        <w:trPr>
          <w:gridAfter w:val="1"/>
          <w:wAfter w:w="10" w:type="dxa"/>
          <w:jc w:val="center"/>
        </w:trPr>
        <w:tc>
          <w:tcPr>
            <w:tcW w:w="10368" w:type="dxa"/>
            <w:gridSpan w:val="2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BA0A61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6. COMMUNITY AMENITIES &amp; COMMON AREAS</w:t>
            </w:r>
          </w:p>
        </w:tc>
      </w:tr>
      <w:tr w:rsidR="00C704C6" w14:paraId="4A98DD55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9DFA2F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Pool / Spa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9393C6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Clubhouse</w:t>
            </w:r>
          </w:p>
        </w:tc>
      </w:tr>
      <w:tr w:rsidR="00C704C6" w14:paraId="7F1A39AD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6FEDE1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Fitness Center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05AF13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Tennis / Pickleball</w:t>
            </w:r>
          </w:p>
        </w:tc>
      </w:tr>
      <w:tr w:rsidR="00C704C6" w14:paraId="28CB778A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239085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Playground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6BFCBB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Parks / Greenbelts</w:t>
            </w:r>
          </w:p>
        </w:tc>
      </w:tr>
      <w:tr w:rsidR="00C704C6" w14:paraId="3058364E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B5A84D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Private Streets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064A2B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Gates / Access Control</w:t>
            </w:r>
          </w:p>
        </w:tc>
      </w:tr>
      <w:tr w:rsidR="00C704C6" w14:paraId="1F1FB0B9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280A5B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Security / Patrol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220B7D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Elevators</w:t>
            </w:r>
          </w:p>
        </w:tc>
      </w:tr>
      <w:tr w:rsidR="00C704C6" w14:paraId="21EA97CB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CB7BDB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Parking Garage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5B4173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HOA-Maintained Roofs</w:t>
            </w:r>
          </w:p>
        </w:tc>
      </w:tr>
      <w:tr w:rsidR="00C704C6" w14:paraId="5ED00018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CE175F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HOA-Maintained Exteriors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635C12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Landscaping / Irrigation</w:t>
            </w:r>
          </w:p>
        </w:tc>
      </w:tr>
      <w:tr w:rsidR="00C704C6" w14:paraId="41F02261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A08596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Lakes / Water Features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31C8C5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Other: ____________________</w:t>
            </w:r>
          </w:p>
        </w:tc>
      </w:tr>
    </w:tbl>
    <w:p w14:paraId="3463C3E6" w14:textId="77777777" w:rsidR="00C704C6" w:rsidRDefault="00C704C6">
      <w:pPr>
        <w:spacing w:after="20"/>
      </w:pPr>
    </w:p>
    <w:p w14:paraId="725F0E2B" w14:textId="77777777" w:rsidR="00C704C6" w:rsidRDefault="00000000">
      <w:pPr>
        <w:spacing w:before="60" w:after="40"/>
      </w:pPr>
      <w:r>
        <w:rPr>
          <w:b/>
          <w:color w:val="263746"/>
          <w:sz w:val="20"/>
        </w:rPr>
        <w:t>Significant common-area facilities or maintenance responsibilities:</w:t>
      </w:r>
    </w:p>
    <w:p w14:paraId="43AF69A1" w14:textId="77777777" w:rsidR="00C704C6" w:rsidRDefault="00000000">
      <w:pPr>
        <w:spacing w:after="120"/>
      </w:pPr>
      <w:sdt>
        <w:sdtPr>
          <w:alias w:val="COMMON_AREA_RESPONSIBILITIES"/>
          <w:tag w:val="COMMON_AREA_RESPONSIBILITIES"/>
          <w:id w:val="-381785667"/>
          <w:text/>
        </w:sdtPr>
        <w:sdtContent>
          <w:r>
            <w:t>{{COMMON_AREA_RESPONSIBILITIES}}</w:t>
          </w:r>
        </w:sdtContent>
      </w:sdt>
    </w:p>
    <w:p w14:paraId="3B740F71" w14:textId="77777777" w:rsidR="00C704C6" w:rsidRDefault="00C704C6">
      <w:pPr>
        <w:spacing w:after="20"/>
      </w:pPr>
    </w:p>
    <w:p w14:paraId="6E81469A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7. FINANCIAL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704C6" w14:paraId="3EF50D54" w14:textId="77777777">
        <w:trPr>
          <w:jc w:val="center"/>
        </w:trPr>
        <w:tc>
          <w:tcPr>
            <w:tcW w:w="10368" w:type="dxa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7E7901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7. FINANCIAL INFORMATION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984"/>
      </w:tblGrid>
      <w:tr w:rsidR="00C704C6" w14:paraId="0EA5F0CD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D33FE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Current Monthly Assessment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0875E" w14:textId="77777777" w:rsidR="00C704C6" w:rsidRDefault="00000000">
            <w:sdt>
              <w:sdtPr>
                <w:alias w:val="CURRENT_MONTHLY_ASSESSMENT"/>
                <w:tag w:val="CURRENT_MONTHLY_ASSESSMENT"/>
                <w:id w:val="-1066489372"/>
                <w:text/>
              </w:sdtPr>
              <w:sdtContent>
                <w:r>
                  <w:t>{{CURRENT_MONTHLY_ASSESSMENT}}</w:t>
                </w:r>
              </w:sdtContent>
            </w:sdt>
          </w:p>
        </w:tc>
      </w:tr>
      <w:tr w:rsidR="00C704C6" w14:paraId="457D2EF7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39F2C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Annual Operating Budget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E2562" w14:textId="77777777" w:rsidR="00C704C6" w:rsidRDefault="00000000">
            <w:sdt>
              <w:sdtPr>
                <w:alias w:val="ANNUAL_OPERATING_BUDGET"/>
                <w:tag w:val="ANNUAL_OPERATING_BUDGET"/>
                <w:id w:val="-535192311"/>
                <w:text/>
              </w:sdtPr>
              <w:sdtContent>
                <w:r>
                  <w:t>{{ANNUAL_OPERATING_BUDGET}}</w:t>
                </w:r>
              </w:sdtContent>
            </w:sdt>
          </w:p>
        </w:tc>
      </w:tr>
      <w:tr w:rsidR="00C704C6" w14:paraId="146105F3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7F9810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Reserve Balance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991F4" w14:textId="77777777" w:rsidR="00C704C6" w:rsidRDefault="00000000">
            <w:sdt>
              <w:sdtPr>
                <w:alias w:val="RESERVE_BALANCE"/>
                <w:tag w:val="RESERVE_BALANCE"/>
                <w:id w:val="-740870780"/>
                <w:text/>
              </w:sdtPr>
              <w:sdtContent>
                <w:r>
                  <w:t>{{RESERVE_BALANCE}}</w:t>
                </w:r>
              </w:sdtContent>
            </w:sdt>
          </w:p>
        </w:tc>
      </w:tr>
      <w:tr w:rsidR="00C704C6" w14:paraId="310A798E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2DF99E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lastRenderedPageBreak/>
              <w:t>Delinquent Accounts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E0109" w14:textId="77777777" w:rsidR="00C704C6" w:rsidRDefault="00000000">
            <w:sdt>
              <w:sdtPr>
                <w:alias w:val="DELINQUENT_ACCOUNTS"/>
                <w:tag w:val="DELINQUENT_ACCOUNTS"/>
                <w:id w:val="1520889804"/>
                <w:text/>
              </w:sdtPr>
              <w:sdtContent>
                <w:r>
                  <w:t>{{DELINQUENT_ACCOUNTS}}</w:t>
                </w:r>
              </w:sdtContent>
            </w:sdt>
          </w:p>
        </w:tc>
      </w:tr>
    </w:tbl>
    <w:p w14:paraId="79E61AC5" w14:textId="77777777" w:rsidR="00C704C6" w:rsidRDefault="00C704C6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C704C6" w14:paraId="5051FF7D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9DDDC6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Current Special Assessment: Yes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519F1D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Current Special Assessment: No</w:t>
            </w:r>
          </w:p>
        </w:tc>
      </w:tr>
      <w:tr w:rsidR="00C704C6" w14:paraId="6AD851D9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C34416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Future Special Assessment Considered: Yes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17EC7E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Future Special Assessment Considered: No</w:t>
            </w:r>
          </w:p>
        </w:tc>
      </w:tr>
    </w:tbl>
    <w:p w14:paraId="07C8D4E5" w14:textId="77777777" w:rsidR="00C704C6" w:rsidRDefault="00C704C6">
      <w:pPr>
        <w:spacing w:after="20"/>
      </w:pPr>
    </w:p>
    <w:p w14:paraId="3E9BFE2D" w14:textId="77777777" w:rsidR="00C704C6" w:rsidRDefault="00000000">
      <w:pPr>
        <w:spacing w:before="60" w:after="40"/>
      </w:pPr>
      <w:r>
        <w:rPr>
          <w:b/>
          <w:color w:val="263746"/>
          <w:sz w:val="20"/>
        </w:rPr>
        <w:t>If applicable, please describe any current or planned special assessment:</w:t>
      </w:r>
    </w:p>
    <w:p w14:paraId="0172EBE7" w14:textId="77777777" w:rsidR="00C704C6" w:rsidRDefault="00000000">
      <w:pPr>
        <w:spacing w:after="120"/>
      </w:pPr>
      <w:sdt>
        <w:sdtPr>
          <w:alias w:val="SPECIAL_ASSESSMENT_DETAILS"/>
          <w:tag w:val="SPECIAL_ASSESSMENT_DETAILS"/>
          <w:id w:val="-1032884192"/>
          <w:text/>
        </w:sdtPr>
        <w:sdtContent>
          <w:r>
            <w:t>{{SPECIAL_ASSESSMENT_DETAILS}}</w:t>
          </w:r>
        </w:sdtContent>
      </w:sdt>
    </w:p>
    <w:p w14:paraId="30D0B172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8. STAFFING, VENDORS &amp; PROJECTS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78"/>
        <w:gridCol w:w="10"/>
      </w:tblGrid>
      <w:tr w:rsidR="00C704C6" w14:paraId="581E7325" w14:textId="77777777">
        <w:trPr>
          <w:gridAfter w:val="1"/>
          <w:wAfter w:w="10" w:type="dxa"/>
          <w:jc w:val="center"/>
        </w:trPr>
        <w:tc>
          <w:tcPr>
            <w:tcW w:w="10368" w:type="dxa"/>
            <w:gridSpan w:val="2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34228E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8. STAFFING, VENDORS &amp; PROJECTS</w:t>
            </w:r>
          </w:p>
        </w:tc>
      </w:tr>
      <w:tr w:rsidR="00C704C6" w14:paraId="40BC6345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343499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Association Employs Direct Staff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D2A97A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On-Site Manager</w:t>
            </w:r>
          </w:p>
        </w:tc>
      </w:tr>
      <w:tr w:rsidR="00C704C6" w14:paraId="0A74D648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391F84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Landscaping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7ACF70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Pool Service</w:t>
            </w:r>
          </w:p>
        </w:tc>
      </w:tr>
      <w:tr w:rsidR="00C704C6" w14:paraId="44870144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4D2C6C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Janitorial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AE01C8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Security / Patrol</w:t>
            </w:r>
          </w:p>
        </w:tc>
      </w:tr>
      <w:tr w:rsidR="00C704C6" w14:paraId="70AC13F9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485C9B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Gate / Access Control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15640D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Maintenance / Handyman</w:t>
            </w:r>
          </w:p>
        </w:tc>
      </w:tr>
      <w:tr w:rsidR="00C704C6" w14:paraId="6F95BC58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871BB7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Pest Control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3EF04F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Elevator</w:t>
            </w:r>
          </w:p>
        </w:tc>
      </w:tr>
      <w:tr w:rsidR="00C704C6" w14:paraId="6C4BFC3A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677E44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Other Vendor: ____________________</w:t>
            </w:r>
          </w:p>
        </w:tc>
        <w:tc>
          <w:tcPr>
            <w:tcW w:w="5184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63F21C" w14:textId="77777777" w:rsidR="00C704C6" w:rsidRDefault="00C704C6">
            <w:pPr>
              <w:spacing w:after="0"/>
            </w:pPr>
          </w:p>
        </w:tc>
      </w:tr>
    </w:tbl>
    <w:p w14:paraId="3A183807" w14:textId="77777777" w:rsidR="00C704C6" w:rsidRDefault="00C704C6">
      <w:pPr>
        <w:spacing w:after="20"/>
      </w:pPr>
    </w:p>
    <w:p w14:paraId="4E2A413B" w14:textId="77777777" w:rsidR="00C704C6" w:rsidRDefault="00000000">
      <w:pPr>
        <w:spacing w:before="60" w:after="40"/>
      </w:pPr>
      <w:r>
        <w:rPr>
          <w:b/>
          <w:color w:val="263746"/>
          <w:sz w:val="20"/>
        </w:rPr>
        <w:t>Major vendor contracts La Perla would administer upon transition:</w:t>
      </w:r>
    </w:p>
    <w:p w14:paraId="4615425C" w14:textId="77777777" w:rsidR="00C704C6" w:rsidRDefault="00000000">
      <w:pPr>
        <w:spacing w:after="120"/>
      </w:pPr>
      <w:sdt>
        <w:sdtPr>
          <w:alias w:val="MAJOR_VENDOR_CONTRACTS"/>
          <w:tag w:val="MAJOR_VENDOR_CONTRACTS"/>
          <w:id w:val="-881323943"/>
          <w:text/>
        </w:sdtPr>
        <w:sdtContent>
          <w:r>
            <w:t>{{MAJOR_VENDOR_CONTRACTS}}</w:t>
          </w:r>
        </w:sdtContent>
      </w:sdt>
    </w:p>
    <w:p w14:paraId="389F99AA" w14:textId="77777777" w:rsidR="00C704C6" w:rsidRDefault="00C704C6">
      <w:pPr>
        <w:spacing w:after="20"/>
      </w:pPr>
    </w:p>
    <w:p w14:paraId="5DD6EB38" w14:textId="77777777" w:rsidR="00C704C6" w:rsidRDefault="00000000">
      <w:pPr>
        <w:spacing w:before="60" w:after="40"/>
      </w:pPr>
      <w:r>
        <w:rPr>
          <w:b/>
          <w:color w:val="263746"/>
          <w:sz w:val="20"/>
        </w:rPr>
        <w:t>Major projects anticipated or underway in the next 12–24 months:</w:t>
      </w:r>
    </w:p>
    <w:p w14:paraId="190AA2BB" w14:textId="77777777" w:rsidR="00C704C6" w:rsidRDefault="00000000">
      <w:pPr>
        <w:spacing w:after="120"/>
      </w:pPr>
      <w:sdt>
        <w:sdtPr>
          <w:alias w:val="MAJOR_PROJECTS"/>
          <w:tag w:val="MAJOR_PROJECTS"/>
          <w:id w:val="1706835029"/>
          <w:text/>
        </w:sdtPr>
        <w:sdtContent>
          <w:r>
            <w:t>{{MAJOR_PROJECTS}}</w:t>
          </w:r>
        </w:sdtContent>
      </w:sdt>
    </w:p>
    <w:p w14:paraId="48119C2D" w14:textId="77777777" w:rsidR="00C704C6" w:rsidRDefault="00C704C6">
      <w:pPr>
        <w:spacing w:after="20"/>
      </w:pPr>
    </w:p>
    <w:p w14:paraId="66A145AF" w14:textId="77777777" w:rsidR="00C704C6" w:rsidRDefault="00000000">
      <w:pPr>
        <w:spacing w:before="60" w:after="40"/>
      </w:pPr>
      <w:r>
        <w:rPr>
          <w:b/>
          <w:color w:val="263746"/>
          <w:sz w:val="20"/>
        </w:rPr>
        <w:t>Significant deferred maintenance or operational concerns:</w:t>
      </w:r>
    </w:p>
    <w:p w14:paraId="53FB3486" w14:textId="77777777" w:rsidR="00C704C6" w:rsidRDefault="00000000">
      <w:pPr>
        <w:spacing w:after="120"/>
      </w:pPr>
      <w:sdt>
        <w:sdtPr>
          <w:alias w:val="DEFERRED_MAINTENANCE_CONCERNS"/>
          <w:tag w:val="DEFERRED_MAINTENANCE_CONCERNS"/>
          <w:id w:val="-422106294"/>
          <w:text/>
        </w:sdtPr>
        <w:sdtContent>
          <w:r>
            <w:t>{{DEFERRED_MAINTENANCE_CONCERNS}}</w:t>
          </w:r>
        </w:sdtContent>
      </w:sdt>
    </w:p>
    <w:p w14:paraId="671ACC5F" w14:textId="77777777" w:rsidR="00C704C6" w:rsidRDefault="00C704C6">
      <w:pPr>
        <w:spacing w:after="20"/>
      </w:pPr>
    </w:p>
    <w:p w14:paraId="0A1F5499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9. BOARD PRIORITIES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704C6" w14:paraId="7F588F91" w14:textId="77777777">
        <w:trPr>
          <w:jc w:val="center"/>
        </w:trPr>
        <w:tc>
          <w:tcPr>
            <w:tcW w:w="10368" w:type="dxa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FD1D43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9. BOARD PRIORITIES</w:t>
            </w:r>
          </w:p>
        </w:tc>
      </w:tr>
    </w:tbl>
    <w:p w14:paraId="0388B407" w14:textId="77777777" w:rsidR="00C704C6" w:rsidRDefault="00000000">
      <w:pPr>
        <w:spacing w:after="60"/>
      </w:pPr>
      <w:r>
        <w:rPr>
          <w:b/>
          <w:color w:val="263746"/>
          <w:sz w:val="20"/>
        </w:rPr>
        <w:t>Please select up to five priorities: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C704C6" w14:paraId="08DB8384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6F17E2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Responsive Communication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F3FA70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Improved Homeowner Service</w:t>
            </w:r>
          </w:p>
        </w:tc>
      </w:tr>
      <w:tr w:rsidR="00C704C6" w14:paraId="56AA0CAE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5116EC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Better Financial Reporting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E94FE0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Budget / Expense Control</w:t>
            </w:r>
          </w:p>
        </w:tc>
      </w:tr>
      <w:tr w:rsidR="00C704C6" w14:paraId="66AE7B3A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B553EA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Vendor Oversight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6116A4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Proactive Property Inspections</w:t>
            </w:r>
          </w:p>
        </w:tc>
      </w:tr>
      <w:tr w:rsidR="00C704C6" w14:paraId="60980779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BA3E41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Maintenance Follow-Through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F329D0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Board Guidance &amp; Support</w:t>
            </w:r>
          </w:p>
        </w:tc>
      </w:tr>
      <w:tr w:rsidR="00C704C6" w14:paraId="6ED3D648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6390E9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Rules / Compliance Administration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BB2052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Collections Management</w:t>
            </w:r>
          </w:p>
        </w:tc>
      </w:tr>
      <w:tr w:rsidR="00C704C6" w14:paraId="7015B81A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D088F5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Major Project Oversight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230223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Technology / Homeowner Portal</w:t>
            </w:r>
          </w:p>
        </w:tc>
      </w:tr>
      <w:tr w:rsidR="00C704C6" w14:paraId="39EB90AB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44B0EA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lastRenderedPageBreak/>
              <w:t>☐  Meeting Preparation &amp; Follow-Up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43B109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Smooth Management Transition</w:t>
            </w:r>
          </w:p>
        </w:tc>
      </w:tr>
      <w:tr w:rsidR="00C704C6" w14:paraId="33D1D8F6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19C744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Long-Term Planning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FE38B3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Other: ____________________</w:t>
            </w:r>
          </w:p>
        </w:tc>
      </w:tr>
    </w:tbl>
    <w:p w14:paraId="147D161C" w14:textId="77777777" w:rsidR="00C704C6" w:rsidRDefault="00C704C6">
      <w:pPr>
        <w:spacing w:after="20"/>
      </w:pPr>
    </w:p>
    <w:p w14:paraId="1DC5ECC1" w14:textId="77777777" w:rsidR="00C704C6" w:rsidRDefault="00000000">
      <w:pPr>
        <w:spacing w:before="60" w:after="40"/>
      </w:pPr>
      <w:r>
        <w:rPr>
          <w:b/>
          <w:color w:val="263746"/>
          <w:sz w:val="20"/>
        </w:rPr>
        <w:t>What would a successful management relationship look like to your Board?</w:t>
      </w:r>
    </w:p>
    <w:p w14:paraId="4D186943" w14:textId="77777777" w:rsidR="00C704C6" w:rsidRDefault="00000000">
      <w:pPr>
        <w:spacing w:after="120"/>
      </w:pPr>
      <w:sdt>
        <w:sdtPr>
          <w:alias w:val="SUCCESSFUL_MANAGEMENT_RELATIONSHIP"/>
          <w:tag w:val="SUCCESSFUL_MANAGEMENT_RELATIONSHIP"/>
          <w:id w:val="179862305"/>
          <w:text/>
        </w:sdtPr>
        <w:sdtContent>
          <w:r>
            <w:t>{{SUCCESSFUL_MANAGEMENT_RELATIONSHIP}}</w:t>
          </w:r>
        </w:sdtContent>
      </w:sdt>
    </w:p>
    <w:p w14:paraId="3C8B19ED" w14:textId="77777777" w:rsidR="00C704C6" w:rsidRDefault="00C704C6">
      <w:pPr>
        <w:spacing w:after="20"/>
      </w:pPr>
    </w:p>
    <w:p w14:paraId="3F6E6E84" w14:textId="77777777" w:rsidR="00C704C6" w:rsidRDefault="00C704C6">
      <w:pPr>
        <w:spacing w:after="20"/>
      </w:pPr>
    </w:p>
    <w:p w14:paraId="0A929A7E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10. SUPPORTING DOCUMENTS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704C6" w14:paraId="165A7E54" w14:textId="77777777">
        <w:trPr>
          <w:jc w:val="center"/>
        </w:trPr>
        <w:tc>
          <w:tcPr>
            <w:tcW w:w="10368" w:type="dxa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3D93C3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10. SUPPORTING DOCUMENTS</w:t>
            </w:r>
          </w:p>
        </w:tc>
      </w:tr>
    </w:tbl>
    <w:p w14:paraId="28AD11DE" w14:textId="77777777" w:rsidR="00C704C6" w:rsidRDefault="00000000">
      <w:pPr>
        <w:spacing w:after="60"/>
      </w:pPr>
      <w:r>
        <w:rPr>
          <w:color w:val="5D6B76"/>
          <w:sz w:val="19"/>
        </w:rPr>
        <w:t>If readily available, please include the following. These are helpful but not required to begin the proposal process.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C704C6" w14:paraId="3EDAD0A1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9331B7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Current Annual Budget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E6F892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Most Recent Financial Statements</w:t>
            </w:r>
          </w:p>
        </w:tc>
      </w:tr>
      <w:tr w:rsidR="00C704C6" w14:paraId="7DB4BBFC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82974A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Current Management Agreement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F2D3D1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Reserve Study</w:t>
            </w:r>
          </w:p>
        </w:tc>
      </w:tr>
      <w:tr w:rsidR="00C704C6" w14:paraId="0C4B3BCA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9CA231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CC&amp;Rs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06FE01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Bylaws</w:t>
            </w:r>
          </w:p>
        </w:tc>
      </w:tr>
      <w:tr w:rsidR="00C704C6" w14:paraId="64EAAE6E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417C8A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Rules &amp; Regulations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5390E7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Current Vendor List</w:t>
            </w:r>
          </w:p>
        </w:tc>
      </w:tr>
      <w:tr w:rsidR="00C704C6" w14:paraId="1CF6CDDB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329ADD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Insurance Summary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6BCF27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Recent Board Meeting Minutes</w:t>
            </w:r>
          </w:p>
        </w:tc>
      </w:tr>
      <w:tr w:rsidR="00C704C6" w14:paraId="277275FC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44175C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Community Site Map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41053B" w14:textId="77777777" w:rsidR="00C704C6" w:rsidRDefault="00000000">
            <w:pPr>
              <w:spacing w:after="0"/>
            </w:pPr>
            <w:r>
              <w:rPr>
                <w:color w:val="263746"/>
                <w:sz w:val="20"/>
              </w:rPr>
              <w:t>☐  Other: ____________________</w:t>
            </w:r>
          </w:p>
        </w:tc>
      </w:tr>
    </w:tbl>
    <w:p w14:paraId="6D251E4F" w14:textId="77777777" w:rsidR="00C704C6" w:rsidRDefault="00C704C6">
      <w:pPr>
        <w:spacing w:after="20"/>
      </w:pPr>
    </w:p>
    <w:p w14:paraId="4408ADC4" w14:textId="77777777" w:rsidR="00C704C6" w:rsidRDefault="00000000">
      <w:pPr>
        <w:spacing w:before="160" w:after="80"/>
      </w:pPr>
      <w:r>
        <w:rPr>
          <w:b/>
          <w:color w:val="FFFFFF"/>
          <w:sz w:val="23"/>
        </w:rPr>
        <w:t>11. ADDITIONAL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704C6" w14:paraId="23F3BB34" w14:textId="77777777">
        <w:trPr>
          <w:jc w:val="center"/>
        </w:trPr>
        <w:tc>
          <w:tcPr>
            <w:tcW w:w="10368" w:type="dxa"/>
            <w:shd w:val="clear" w:color="auto" w:fill="183B5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FF15CB" w14:textId="77777777" w:rsidR="00C704C6" w:rsidRDefault="00000000">
            <w:pPr>
              <w:spacing w:after="0"/>
            </w:pPr>
            <w:r>
              <w:rPr>
                <w:b/>
                <w:color w:val="FFFFFF"/>
                <w:sz w:val="23"/>
              </w:rPr>
              <w:t>11. ADDITIONAL INFORMATION</w:t>
            </w:r>
          </w:p>
        </w:tc>
      </w:tr>
    </w:tbl>
    <w:p w14:paraId="5861850B" w14:textId="77777777" w:rsidR="00C704C6" w:rsidRDefault="00000000">
      <w:pPr>
        <w:spacing w:before="60" w:after="40"/>
      </w:pPr>
      <w:r>
        <w:rPr>
          <w:b/>
          <w:color w:val="263746"/>
          <w:sz w:val="20"/>
        </w:rPr>
        <w:t>Anything else that would help us understand your community or the Board’s expectations:</w:t>
      </w:r>
    </w:p>
    <w:p w14:paraId="3039D7F4" w14:textId="77777777" w:rsidR="00C704C6" w:rsidRDefault="00000000">
      <w:pPr>
        <w:spacing w:after="120"/>
      </w:pPr>
      <w:sdt>
        <w:sdtPr>
          <w:alias w:val="ADDITIONAL_INFORMATION"/>
          <w:tag w:val="ADDITIONAL_INFORMATION"/>
          <w:id w:val="193041971"/>
          <w:text/>
        </w:sdtPr>
        <w:sdtContent>
          <w:r>
            <w:t>{{ADDITIONAL_INFORMATION}}</w:t>
          </w:r>
        </w:sdtContent>
      </w:sdt>
    </w:p>
    <w:p w14:paraId="361E8721" w14:textId="77777777" w:rsidR="00C704C6" w:rsidRDefault="00C704C6">
      <w:pPr>
        <w:spacing w:after="20"/>
      </w:pPr>
    </w:p>
    <w:p w14:paraId="4C32CE83" w14:textId="77777777" w:rsidR="00C704C6" w:rsidRDefault="00C704C6">
      <w:pPr>
        <w:spacing w:after="20"/>
      </w:pPr>
    </w:p>
    <w:p w14:paraId="5429430B" w14:textId="77777777" w:rsidR="00C704C6" w:rsidRDefault="00C704C6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984"/>
      </w:tblGrid>
      <w:tr w:rsidR="00C704C6" w14:paraId="0F079BD2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DD376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Submitted By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6473C" w14:textId="77777777" w:rsidR="00C704C6" w:rsidRDefault="00000000">
            <w:sdt>
              <w:sdtPr>
                <w:alias w:val="SUBMITTED_BY"/>
                <w:tag w:val="SUBMITTED_BY"/>
                <w:id w:val="1982571913"/>
                <w:text/>
              </w:sdtPr>
              <w:sdtContent>
                <w:r>
                  <w:rPr>
                    <w:i/>
                    <w:color w:val="5A6978"/>
                  </w:rPr>
                  <w:t>{{SUBMITTED_BY}}</w:t>
                </w:r>
              </w:sdtContent>
            </w:sdt>
          </w:p>
        </w:tc>
      </w:tr>
      <w:tr w:rsidR="00C704C6" w14:paraId="1C9B3E56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184A8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Title / Board Position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AF1CE" w14:textId="77777777" w:rsidR="00C704C6" w:rsidRDefault="00000000">
            <w:sdt>
              <w:sdtPr>
                <w:alias w:val="TITLE_BOARD_POSITION"/>
                <w:tag w:val="TITLE_BOARD_POSITION"/>
                <w:id w:val="-834835445"/>
                <w:text/>
              </w:sdtPr>
              <w:sdtContent>
                <w:r>
                  <w:rPr>
                    <w:i/>
                    <w:color w:val="5A6978"/>
                  </w:rPr>
                  <w:t>{{TITLE_BOARD_POSITION}}</w:t>
                </w:r>
              </w:sdtContent>
            </w:sdt>
          </w:p>
        </w:tc>
      </w:tr>
      <w:tr w:rsidR="00C704C6" w14:paraId="7A050C1B" w14:textId="77777777">
        <w:trPr>
          <w:jc w:val="center"/>
        </w:trPr>
        <w:tc>
          <w:tcPr>
            <w:tcW w:w="3384" w:type="dxa"/>
            <w:shd w:val="clear" w:color="auto" w:fill="EAF0F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31C32" w14:textId="77777777" w:rsidR="00C704C6" w:rsidRDefault="00000000">
            <w:pPr>
              <w:spacing w:after="0"/>
            </w:pPr>
            <w:r>
              <w:rPr>
                <w:b/>
                <w:color w:val="263746"/>
                <w:sz w:val="20"/>
              </w:rPr>
              <w:t>Date</w:t>
            </w:r>
          </w:p>
        </w:tc>
        <w:tc>
          <w:tcPr>
            <w:tcW w:w="6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4D716D" w14:textId="77777777" w:rsidR="00C704C6" w:rsidRDefault="00000000">
            <w:sdt>
              <w:sdtPr>
                <w:alias w:val="DATE"/>
                <w:tag w:val="DATE"/>
                <w:id w:val="1236826254"/>
                <w:text/>
              </w:sdtPr>
              <w:sdtContent>
                <w:r>
                  <w:rPr>
                    <w:i/>
                    <w:color w:val="5A6978"/>
                  </w:rPr>
                  <w:t>{{DATE}}</w:t>
                </w:r>
              </w:sdtContent>
            </w:sdt>
          </w:p>
        </w:tc>
      </w:tr>
    </w:tbl>
    <w:p w14:paraId="2EAE59C7" w14:textId="77777777" w:rsidR="00C704C6" w:rsidRDefault="00C704C6">
      <w:pPr>
        <w:spacing w:after="20"/>
      </w:pPr>
    </w:p>
    <w:p w14:paraId="71B6E568" w14:textId="77777777" w:rsidR="00C704C6" w:rsidRDefault="00000000">
      <w:pPr>
        <w:jc w:val="center"/>
      </w:pPr>
      <w:r>
        <w:rPr>
          <w:b/>
          <w:color w:val="17391F"/>
        </w:rPr>
        <w:t>SUBMIT COMPLETED FORM TO:</w:t>
      </w:r>
    </w:p>
    <w:p w14:paraId="108BB6E1" w14:textId="77777777" w:rsidR="00C704C6" w:rsidRDefault="00000000">
      <w:pPr>
        <w:jc w:val="center"/>
      </w:pPr>
      <w:hyperlink r:id="rId9">
        <w:r>
          <w:rPr>
            <w:b/>
            <w:color w:val="1F4E79"/>
            <w:u w:val="single"/>
          </w:rPr>
          <w:t>Yamy@laperlapm.org</w:t>
        </w:r>
      </w:hyperlink>
    </w:p>
    <w:p w14:paraId="5AF37F06" w14:textId="77777777" w:rsidR="00C704C6" w:rsidRDefault="00000000">
      <w:pPr>
        <w:spacing w:before="160" w:after="0"/>
        <w:jc w:val="center"/>
      </w:pPr>
      <w:r>
        <w:rPr>
          <w:b/>
          <w:color w:val="183B56"/>
          <w:sz w:val="20"/>
        </w:rPr>
        <w:t>Thank you for considering La Perla Property Management.</w:t>
      </w:r>
    </w:p>
    <w:sectPr w:rsidR="00C704C6" w:rsidSect="00034616"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0BB1C4" w14:textId="77777777" w:rsidR="00CC478E" w:rsidRDefault="00CC478E">
      <w:pPr>
        <w:spacing w:after="0" w:line="240" w:lineRule="auto"/>
      </w:pPr>
      <w:r>
        <w:separator/>
      </w:r>
    </w:p>
  </w:endnote>
  <w:endnote w:type="continuationSeparator" w:id="0">
    <w:p w14:paraId="33311211" w14:textId="77777777" w:rsidR="00CC478E" w:rsidRDefault="00CC4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A98F8" w14:textId="77777777" w:rsidR="00C704C6" w:rsidRDefault="00000000">
    <w:pPr>
      <w:pStyle w:val="Footer"/>
      <w:jc w:val="center"/>
    </w:pPr>
    <w:r>
      <w:rPr>
        <w:color w:val="6E7D8C"/>
        <w:sz w:val="16"/>
      </w:rPr>
      <w:t>La Perla Property Management | HOA Management Proposal Request | Yamy@laperlapm.org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CD1FDC" w14:textId="77777777" w:rsidR="00CC478E" w:rsidRDefault="00CC478E">
      <w:pPr>
        <w:spacing w:after="0" w:line="240" w:lineRule="auto"/>
      </w:pPr>
      <w:r>
        <w:separator/>
      </w:r>
    </w:p>
  </w:footnote>
  <w:footnote w:type="continuationSeparator" w:id="0">
    <w:p w14:paraId="13AAC1A3" w14:textId="77777777" w:rsidR="00CC478E" w:rsidRDefault="00CC4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8870102">
    <w:abstractNumId w:val="8"/>
  </w:num>
  <w:num w:numId="2" w16cid:durableId="1081178011">
    <w:abstractNumId w:val="6"/>
  </w:num>
  <w:num w:numId="3" w16cid:durableId="1216235589">
    <w:abstractNumId w:val="5"/>
  </w:num>
  <w:num w:numId="4" w16cid:durableId="1585332887">
    <w:abstractNumId w:val="4"/>
  </w:num>
  <w:num w:numId="5" w16cid:durableId="1655261600">
    <w:abstractNumId w:val="7"/>
  </w:num>
  <w:num w:numId="6" w16cid:durableId="85419763">
    <w:abstractNumId w:val="3"/>
  </w:num>
  <w:num w:numId="7" w16cid:durableId="1149908451">
    <w:abstractNumId w:val="2"/>
  </w:num>
  <w:num w:numId="8" w16cid:durableId="166605710">
    <w:abstractNumId w:val="1"/>
  </w:num>
  <w:num w:numId="9" w16cid:durableId="4845160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7C78"/>
    <w:rsid w:val="00AA1D8D"/>
    <w:rsid w:val="00B47730"/>
    <w:rsid w:val="00C704C6"/>
    <w:rsid w:val="00CB0664"/>
    <w:rsid w:val="00CC478E"/>
    <w:rsid w:val="00D837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9DFE8A"/>
  <w14:defaultImageDpi w14:val="300"/>
  <w15:docId w15:val="{D85F3980-7649-6E40-93D8-A99384C4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Yamy@laperlap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Yamy Criblez</cp:lastModifiedBy>
  <cp:revision>2</cp:revision>
  <dcterms:created xsi:type="dcterms:W3CDTF">2026-08-19T06:09:00Z</dcterms:created>
  <dcterms:modified xsi:type="dcterms:W3CDTF">2026-08-19T06:09:00Z</dcterms:modified>
  <cp:category/>
</cp:coreProperties>
</file>